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Odstoupení od kupní smlouvy</w:t>
      </w:r>
    </w:p>
    <w:p>
      <w:r>
        <w:t>MOTIBAND • Vzorový formulář pro spotřebitele</w:t>
      </w:r>
    </w:p>
    <w:p>
      <w:r>
        <w:t>Formulář vyplňte a odešlete pouze v případě, že chcete odstoupit od smlouvy uzavřené prostřednictvím e-shopu www.motiband.com.</w:t>
      </w:r>
    </w:p>
    <w:p>
      <w:pPr>
        <w:pStyle w:val="Heading2"/>
      </w:pPr>
      <w:r>
        <w:t>Adresát</w:t>
      </w:r>
    </w:p>
    <w:p>
      <w:r>
        <w:t>INDUTECH – Stav s.r.o., IČO 24015920</w:t>
        <w:br/>
        <w:t>E-mail: Motiband@indutech-mont.cz</w:t>
        <w:br/>
        <w:t>Adresa pro vrácení zboží: U Kapličky 6, 417 25 Lahošť</w:t>
      </w:r>
    </w:p>
    <w:p>
      <w:r>
        <w:t>Oznamuji, že tímto odstupuji od kupní smlouvy na následující zboží:</w:t>
      </w:r>
    </w:p>
    <w:p>
      <w:r>
        <w:t>Číslo objednávky: ______________________________________________</w:t>
      </w:r>
    </w:p>
    <w:p>
      <w:r>
        <w:t>Název zboží / počet kusů: ________________________________________</w:t>
      </w:r>
    </w:p>
    <w:p>
      <w:r>
        <w:t>Datum objednání: __________________  Datum převzetí: ______________</w:t>
      </w:r>
    </w:p>
    <w:p>
      <w:r>
        <w:t>Jméno a příjmení spotřebitele: ___________________________________</w:t>
      </w:r>
    </w:p>
    <w:p>
      <w:r>
        <w:t>Adresa spotřebitele: _____________________________________________</w:t>
      </w:r>
    </w:p>
    <w:p>
      <w:r>
        <w:t>E-mail / telefon (pro vyřízení): ___________________________________</w:t>
      </w:r>
    </w:p>
    <w:p>
      <w:r>
        <w:t>Číslo účtu pro vrácení platby (nepovinné): _________________________</w:t>
      </w:r>
    </w:p>
    <w:p>
      <w:r>
        <w:t>Datum: __________________   Podpis (u listinného podání): __________</w:t>
      </w:r>
    </w:p>
    <w:p>
      <w:pPr>
        <w:pStyle w:val="Heading2"/>
      </w:pPr>
      <w:r>
        <w:t>Důležité informace</w:t>
      </w:r>
    </w:p>
    <w:p>
      <w:r>
        <w:t>Spotřebitel může zpravidla odstoupit bez uvedení důvodu do 14 dnů od převzetí zboží. Pro zachování lhůty stačí oznámení odeslat poslední den lhůty. Zboží odešlete nebo předejte nejpozději do 14 dnů od odstoupení na adresu uvedenou výše. Přímé náklady na vrácení zboží obvykle nese spotřebitel. Peníze včetně nákladů na nejlevnější nabízené standardní doručení vrátíme nejpozději do 14 dnů od odstoupení; vrácení můžeme pozdržet do obdržení zboží nebo prokázání jeho odeslání. Formulář není povinný – odstoupit lze i jednoznačným oznámením e-mailem.</w:t>
      </w:r>
    </w:p>
    <w:p>
      <w:r>
        <w:t>MOTIBAND | INDUTECH – Stav s.r.o. | Motiband@indutech-mont.cz | +420 774 904 621</w:t>
      </w:r>
    </w:p>
    <w:p>
      <w:r>
        <w:t>Pracovní návrh pro závěrečnou kontrolu před zveřejněním.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91F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